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1F70E" w14:textId="007682DD" w:rsidR="00F67B72" w:rsidRDefault="00644671">
      <w:pPr>
        <w:pStyle w:val="Heading1"/>
      </w:pPr>
      <w:r>
        <w:rPr>
          <w:noProof/>
        </w:rPr>
        <w:t xml:space="preserve">          </w:t>
      </w:r>
      <w:r w:rsidR="005C4253">
        <w:rPr>
          <w:noProof/>
        </w:rPr>
        <w:drawing>
          <wp:inline distT="0" distB="0" distL="0" distR="0" wp14:anchorId="44F621FB" wp14:editId="56578F51">
            <wp:extent cx="3968147" cy="2066925"/>
            <wp:effectExtent l="0" t="0" r="0" b="0"/>
            <wp:docPr id="1199066196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66196" name="Picture 1" descr="A blue and white logo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1965" cy="207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7326">
        <w:rPr>
          <w:noProof/>
          <w:sz w:val="32"/>
          <w:szCs w:val="32"/>
        </w:rPr>
        <w:t xml:space="preserve">    </w:t>
      </w:r>
      <w:r w:rsidR="000E40A9">
        <w:rPr>
          <w:noProof/>
          <w:sz w:val="32"/>
          <w:szCs w:val="32"/>
        </w:rPr>
        <w:drawing>
          <wp:inline distT="0" distB="0" distL="0" distR="0" wp14:anchorId="7AD89DD4" wp14:editId="5973A64C">
            <wp:extent cx="2028825" cy="2028825"/>
            <wp:effectExtent l="0" t="0" r="9525" b="9525"/>
            <wp:docPr id="956499861" name="Picture 2" descr="A logo of a donkey and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99861" name="Picture 2" descr="A logo of a donkey and a bridg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9424" cy="202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450FF" w14:textId="46E07EEC" w:rsidR="00E15456" w:rsidRPr="00F67B72" w:rsidRDefault="00D92C2A" w:rsidP="00644671">
      <w:pPr>
        <w:pStyle w:val="Heading1"/>
        <w:jc w:val="center"/>
        <w:rPr>
          <w:color w:val="auto"/>
          <w:sz w:val="40"/>
          <w:szCs w:val="40"/>
        </w:rPr>
      </w:pPr>
      <w:r w:rsidRPr="00F67B72">
        <w:rPr>
          <w:color w:val="auto"/>
          <w:sz w:val="40"/>
          <w:szCs w:val="40"/>
        </w:rPr>
        <w:t>Run for Idaho: Candidate Forum &amp; Campaign Kickstart</w:t>
      </w:r>
    </w:p>
    <w:p w14:paraId="44543B87" w14:textId="77777777" w:rsidR="00E15456" w:rsidRDefault="00D92C2A" w:rsidP="00644671">
      <w:pPr>
        <w:jc w:val="center"/>
      </w:pPr>
      <w:r>
        <w:t>Join Kevin Moxley for an inspiring workshop on how to run for office and build your campaign!</w:t>
      </w:r>
    </w:p>
    <w:p w14:paraId="6E7C8262" w14:textId="50586A35" w:rsidR="00E15456" w:rsidRPr="00644671" w:rsidRDefault="00D92C2A">
      <w:pPr>
        <w:rPr>
          <w:sz w:val="32"/>
          <w:szCs w:val="32"/>
        </w:rPr>
      </w:pPr>
      <w:r w:rsidRPr="00644671">
        <w:rPr>
          <w:sz w:val="32"/>
          <w:szCs w:val="32"/>
        </w:rPr>
        <w:br/>
        <w:t xml:space="preserve">📅 Date: </w:t>
      </w:r>
      <w:proofErr w:type="spellStart"/>
      <w:r w:rsidR="000E40A9">
        <w:rPr>
          <w:sz w:val="32"/>
          <w:szCs w:val="32"/>
        </w:rPr>
        <w:t>Anyday</w:t>
      </w:r>
      <w:proofErr w:type="spellEnd"/>
      <w:r w:rsidRPr="00644671">
        <w:rPr>
          <w:sz w:val="32"/>
          <w:szCs w:val="32"/>
        </w:rPr>
        <w:t>, 10:00 AM–12:30 PM</w:t>
      </w:r>
      <w:r w:rsidRPr="00644671">
        <w:rPr>
          <w:sz w:val="32"/>
          <w:szCs w:val="32"/>
        </w:rPr>
        <w:br/>
        <w:t>📍 Location: (Insert venue – Library / Union Hall / College classroom)</w:t>
      </w:r>
      <w:r w:rsidRPr="00644671">
        <w:rPr>
          <w:sz w:val="32"/>
          <w:szCs w:val="32"/>
        </w:rPr>
        <w:br/>
        <w:t>🎯 Free event – Open to anyone ready to make a difference in Idaho!</w:t>
      </w:r>
      <w:r w:rsidRPr="00644671">
        <w:rPr>
          <w:sz w:val="32"/>
          <w:szCs w:val="32"/>
        </w:rPr>
        <w:br/>
      </w:r>
    </w:p>
    <w:p w14:paraId="39A2C95C" w14:textId="77777777" w:rsidR="00E15456" w:rsidRPr="000E40A9" w:rsidRDefault="00D92C2A">
      <w:pPr>
        <w:pStyle w:val="Heading2"/>
        <w:rPr>
          <w:color w:val="auto"/>
          <w:sz w:val="36"/>
          <w:szCs w:val="36"/>
        </w:rPr>
      </w:pPr>
      <w:r w:rsidRPr="000E40A9">
        <w:rPr>
          <w:color w:val="auto"/>
          <w:sz w:val="36"/>
          <w:szCs w:val="36"/>
        </w:rPr>
        <w:t>Learn How To:</w:t>
      </w:r>
    </w:p>
    <w:p w14:paraId="3513ADA8" w14:textId="27886B13" w:rsidR="00E15456" w:rsidRPr="000E40A9" w:rsidRDefault="00D92C2A">
      <w:pPr>
        <w:rPr>
          <w:sz w:val="32"/>
          <w:szCs w:val="32"/>
        </w:rPr>
      </w:pPr>
      <w:r w:rsidRPr="000E40A9">
        <w:rPr>
          <w:sz w:val="32"/>
          <w:szCs w:val="32"/>
        </w:rPr>
        <w:br/>
        <w:t>• File to run for office in Idaho</w:t>
      </w:r>
      <w:r w:rsidRPr="000E40A9">
        <w:rPr>
          <w:sz w:val="32"/>
          <w:szCs w:val="32"/>
        </w:rPr>
        <w:br/>
        <w:t>• Get your EIN and Sunshine Account</w:t>
      </w:r>
      <w:r w:rsidRPr="000E40A9">
        <w:rPr>
          <w:sz w:val="32"/>
          <w:szCs w:val="32"/>
        </w:rPr>
        <w:br/>
        <w:t>• Set up campaign fundraising through ActBlue</w:t>
      </w:r>
      <w:r w:rsidRPr="000E40A9">
        <w:rPr>
          <w:sz w:val="32"/>
          <w:szCs w:val="32"/>
        </w:rPr>
        <w:br/>
        <w:t>• Connect with local unions and community leaders</w:t>
      </w:r>
      <w:r w:rsidRPr="000E40A9">
        <w:rPr>
          <w:sz w:val="32"/>
          <w:szCs w:val="32"/>
        </w:rPr>
        <w:br/>
      </w:r>
    </w:p>
    <w:p w14:paraId="4EF9DAB3" w14:textId="72F46B00" w:rsidR="00E15456" w:rsidRPr="000E40A9" w:rsidRDefault="00D92C2A">
      <w:pPr>
        <w:pStyle w:val="Heading2"/>
        <w:rPr>
          <w:sz w:val="36"/>
          <w:szCs w:val="36"/>
        </w:rPr>
      </w:pPr>
      <w:r w:rsidRPr="000E40A9">
        <w:rPr>
          <w:color w:val="auto"/>
          <w:sz w:val="36"/>
          <w:szCs w:val="36"/>
        </w:rPr>
        <w:t>Featuring</w:t>
      </w:r>
      <w:r w:rsidRPr="000E40A9">
        <w:rPr>
          <w:sz w:val="36"/>
          <w:szCs w:val="36"/>
        </w:rPr>
        <w:t>:</w:t>
      </w:r>
    </w:p>
    <w:p w14:paraId="6247E89B" w14:textId="624FC3EB" w:rsidR="00E15456" w:rsidRPr="000E40A9" w:rsidRDefault="00D92C2A">
      <w:pPr>
        <w:rPr>
          <w:sz w:val="32"/>
          <w:szCs w:val="32"/>
        </w:rPr>
      </w:pPr>
      <w:r w:rsidRPr="000E40A9">
        <w:rPr>
          <w:sz w:val="32"/>
          <w:szCs w:val="32"/>
        </w:rPr>
        <w:t>Kevin Moxley, Candidate for Idaho House District 24A, and guests from the IEA,</w:t>
      </w:r>
      <w:r w:rsidR="0072126A" w:rsidRPr="000E40A9">
        <w:rPr>
          <w:sz w:val="32"/>
          <w:szCs w:val="32"/>
        </w:rPr>
        <w:t xml:space="preserve"> IDP, Twin Falls Dems</w:t>
      </w:r>
    </w:p>
    <w:p w14:paraId="7BB36B81" w14:textId="77777777" w:rsidR="00E15456" w:rsidRPr="000E40A9" w:rsidRDefault="00D92C2A">
      <w:pPr>
        <w:rPr>
          <w:sz w:val="32"/>
          <w:szCs w:val="32"/>
        </w:rPr>
      </w:pPr>
      <w:r w:rsidRPr="000E40A9">
        <w:rPr>
          <w:sz w:val="32"/>
          <w:szCs w:val="32"/>
        </w:rPr>
        <w:t>Snacks and coffee provided • RSVP online via QR code • Donations accepted via ActBlue.</w:t>
      </w:r>
    </w:p>
    <w:sectPr w:rsidR="00E15456" w:rsidRPr="000E40A9" w:rsidSect="006446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1757556">
    <w:abstractNumId w:val="8"/>
  </w:num>
  <w:num w:numId="2" w16cid:durableId="1994795117">
    <w:abstractNumId w:val="6"/>
  </w:num>
  <w:num w:numId="3" w16cid:durableId="320736566">
    <w:abstractNumId w:val="5"/>
  </w:num>
  <w:num w:numId="4" w16cid:durableId="625162326">
    <w:abstractNumId w:val="4"/>
  </w:num>
  <w:num w:numId="5" w16cid:durableId="1311521998">
    <w:abstractNumId w:val="7"/>
  </w:num>
  <w:num w:numId="6" w16cid:durableId="128136913">
    <w:abstractNumId w:val="3"/>
  </w:num>
  <w:num w:numId="7" w16cid:durableId="1691838923">
    <w:abstractNumId w:val="2"/>
  </w:num>
  <w:num w:numId="8" w16cid:durableId="378870264">
    <w:abstractNumId w:val="1"/>
  </w:num>
  <w:num w:numId="9" w16cid:durableId="90907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E40A9"/>
    <w:rsid w:val="0015074B"/>
    <w:rsid w:val="0029639D"/>
    <w:rsid w:val="002C5BA1"/>
    <w:rsid w:val="00326F90"/>
    <w:rsid w:val="005C4253"/>
    <w:rsid w:val="00644671"/>
    <w:rsid w:val="0072126A"/>
    <w:rsid w:val="00925BEC"/>
    <w:rsid w:val="00AA1D8D"/>
    <w:rsid w:val="00B47730"/>
    <w:rsid w:val="00CB0664"/>
    <w:rsid w:val="00D47326"/>
    <w:rsid w:val="00D92C2A"/>
    <w:rsid w:val="00E15456"/>
    <w:rsid w:val="00F67B72"/>
    <w:rsid w:val="00FC4B5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A8B442"/>
  <w14:defaultImageDpi w14:val="300"/>
  <w15:docId w15:val="{21D9CB2C-AA34-452B-9BCD-D89D18118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Kevin Moxley</cp:lastModifiedBy>
  <cp:revision>9</cp:revision>
  <dcterms:created xsi:type="dcterms:W3CDTF">2025-10-21T02:53:00Z</dcterms:created>
  <dcterms:modified xsi:type="dcterms:W3CDTF">2025-10-26T18:57:00Z</dcterms:modified>
  <cp:category/>
</cp:coreProperties>
</file>